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מקצועות ועבודה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שמות מקצועות בזכר ובנקבה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השאלה 'מה את/ה עושה בחיים?'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רצף כמו 'קודם' ו'אחר כך'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ואוצר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 ארבע לעבודה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רופאה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הסיומת ־ת יוצרת 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שוטרת שומרת על החוק, לא מבשלת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'קודם' זה לפני, ו'אחר כך' זה אחרי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רופאה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נהג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אחר כך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זכר ונקבה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(עובדת)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(רופאה)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(נהגת)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(טבחית)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קמים בבוקר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יוצאים לעבודה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עובדים כל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חוזרים הביתה אחר כך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מודעת דרושים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לכלול שם מקצוע בזכר/נקבה, תיאור קצר של העבודה ושימוש נכון במילים מהיחידה כמו עבודה, קודם, אחר כך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בודקים שהתלמידים מזהים נכון את צורות הזכר והנקבה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בודקים הבנה של סדר פעולות בזמן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נימוק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השירים בכיתה לפני התרגול כדי לחזק את ההקשבה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בעל פה את השאלה 'מה את/ה עושה בחיים?' בזוגות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לב במיוחד לניקוד במילות אוצר המילים כדי לשמר הגייה נכונה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מקצועות ועבודה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ביחידה הזו נלמד על שירים העוסקים ביציאה לעבודה, נכיר שמות מקצועות בזכר ובנקבה ונתרגל איך לספר על עבודה ועל סדר פעולות ביום.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אחר כך  ·  נהג  ·  רופאה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ואוצר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שיר ביחידה עוסק ביציאה לעבודה בבוקר?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כל היום סבבה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 ארבע לעבודה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שיר השכמה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צורת הנקבה של 'רופא'?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רופאית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רופאה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רופאת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'עובדת' היא צורת הנקבה של 'עובד'.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'שוטרת' היא מישהי שמבשלת במסעדה.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'קודם' מתארת פעולה שקורית אחרי פעולה אחרת.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משלימים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אמא שלי __________ בבית חולים.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הוא __________ אוטובוס בעבודה שלו.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קודם עובדים, __________ נחים.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זכר ונקבה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עובד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נהגת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רופא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טבחית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נהג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עובדת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טבח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רופאה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יוצאים לעבודה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עובדים כל היום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חוזרים הביתה אחר כך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קמים בבוקר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מודעת דרושים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מודעת 'דרושים' למקצוע שאתם אוהבים: מה צריך לדעת ולמה כדאי לעבוד בו? השתמשו בלפחות שתי מילים מהיחידה.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שם מקצוע אחד בזכר ואחד בנקבה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'קודם' ל'אחר כך'?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מקצועות ועבודה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