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מקצועות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השאלה 'מה את/ה עושה בחיים?'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רצף כמו 'קודם' ו'אחר כך'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ארבע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פעולה 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־ת יוצרת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שוטרת שומרת על החוק, לא מבשלת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'קודם' זה לפני, ו'אחר כך' זה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ברשימת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צורת הנקבה של מתכנת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זכר ונקבה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(עובדת)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(שוטרת)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(מתכנתת)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הביתה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מודעת דרושים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מקצוע בזכר/נקבה, תיאור קצר של העבודה ושימוש נכון במילים מהיחידה כמו עבודה, קודם,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מזהים נכון את צורות הזכר והנקבה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הבנה של סדר פעולות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בכיתה לפני התרגול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השאלה 'מה את/ה עושה בחיים?'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לניקוד במילות אוצר המילים כדי לשמר הגייה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מילים על עבודה ומקצועות. לומדים להגיד מה עושים בעבודה, בזכר ובנקבה.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או פעילות שבה עובדים ומרוויחים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 / עובדת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רופא / רופאה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שמטפל בחולים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/ נהגת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שנוהג ברכב כמקצוע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טבח / טבחית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שמבשל במסעדה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שוטר / שוטרת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ששומר על הסדר והחוק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מתכנת / מתכנתת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שכותב תוכנות במחשב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 כך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מה קורה אחרי פעולה קודמת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שיר מדבר על יציאה לעבודה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היום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ארבע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השכמה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'רופא'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סוף יש במילה טבחית?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אומרת המילה 'אחר כך'?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באותו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פעולה 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מהרשימה היא בתבנית נהג/טבח?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'עובדת' היא צורת הנקבה של 'עובד'.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'שוטרת' היא מישהי שמבשלת במסעדה.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'קודם' מתארת פעולה שקורית אחרי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'כל היום סבבה' הוא של חיים צינוביץ'.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'מתכנתת' היא מי שכותבת תוכנות במחשב.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__________ בבית 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__________ אוטובוס בעבודה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קודם עובדים, __________ נחים.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את __________ בחיים?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אבא שלי __________ במסעדה גדולה.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זכר ונקבה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מתכנתת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שוטרת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רופאה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מתכנת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עובדת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כל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מודעת דרושים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מודעת 'דרושים' למקצוע שאתם אוהבים: מה צריך לדעת ולמה כדאי לעבוד בו? השתמשו בלפחות שתי מילים מהיחידה.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מקצוע אחד בזכר ואחד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'קודם' ל'אחר כך'?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מקצוע מהיחידה הכי מעניין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