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מקצועות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השאלה 'מה את/ה עושה בחיים?'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רצף כמו 'קודם' ו'אחר כך'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ארבע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־ית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אחרי פעולה קודמת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־ת יוצרת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שוטרת שומרת על החוק, לא מבשלת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'קודם' זה לפני, ו'אחר כך' זה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ברשימת השירים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צורת הנקבה של מתכנת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זכר ונקבה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(עובדת)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(רופאה)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(שוטרת)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(מתכנתת)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יוצאים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כל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הביתה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מודעת דרושים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שם מקצוע בזכר/נקבה, תיאור קצר של העבודה ושימוש נכון במילים מהיחידה כמו עבודה, קודם,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שהתלמידים מזהים נכון את צורות הזכר והנקבה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הבנה של סדר פעולות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בכיתה לפני התרגול כדי לחזק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השאלה 'מה את/ה עושה בחיים?'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לניקוד במילות אוצר המילים כדי לשמר הגייה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על שירים העוסקים ביציאה לעבודה, נכיר שמות מקצועות בזכר ובנקבה ונתרגל איך לספר על עבודה ועל סדר פעולות ביום.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שיר ביחידה עוסק ביציאה לעבודה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היום סבבה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ארבע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השכמה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בוקר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צורת הנקבה של 'רופא'?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סיומת מופיעה במילה 'טבחית'?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'אחר כך'?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באותו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פעולה קודמת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לעולם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למשקל קַטָּל של בעלי מקצוע?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'עובדת' היא צורת הנקבה של 'עובד'.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'שוטרת' היא מישהי שמבשלת במסעדה.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'קודם' מתארת פעולה שקורית אחרי פעולה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'כל היום סבבה' הוא של חיים צינוביץ'.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'מתכנתת' היא מי שכותבת תוכנות במחשב.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אמא שלי __________ בבית חולים.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הוא __________ אוטובוס בעבודה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קודם עובדים, __________ נחים.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את __________ בחיים?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אבא שלי __________ במסעדה גדולה.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זכר ונקבה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נהגת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מתכנתת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שוטרת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רופאה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מתכנת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עובדת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הביתה אחר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כל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מודעת דרושים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מודעת 'דרושים' למקצוע שאתם אוהבים: מה צריך לדעת ולמה כדאי לעבוד בו? השתמשו בלפחות שתי מילים מהיחידה.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מקצוע אחד בזכר ואחד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'קודם' ל'אחר כך'?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מקצוע מהיחידה הכי מעניין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מקצועות ועבודה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